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9DA66" w14:textId="64F1B5F7" w:rsidR="00930B5A" w:rsidRPr="00C121B9" w:rsidRDefault="00C121B9" w:rsidP="00C121B9">
      <w:pPr>
        <w:spacing w:after="80"/>
        <w:jc w:val="center"/>
        <w:rPr>
          <w:color w:val="auto"/>
        </w:rPr>
      </w:pPr>
      <w:r w:rsidRPr="00C121B9">
        <w:rPr>
          <w:b/>
          <w:color w:val="auto"/>
          <w:sz w:val="30"/>
        </w:rPr>
        <w:t>MODULO DI SEGNALAZIONE – PREMIO BONTÀ "PIETRO BULLONI"</w:t>
      </w:r>
    </w:p>
    <w:p w14:paraId="5873B297" w14:textId="3499CB68" w:rsidR="00930B5A" w:rsidRPr="00C121B9" w:rsidRDefault="00C121B9">
      <w:pPr>
        <w:keepNext/>
        <w:spacing w:before="280" w:after="120"/>
        <w:rPr>
          <w:color w:val="auto"/>
        </w:rPr>
      </w:pPr>
      <w:r w:rsidRPr="00C121B9">
        <w:rPr>
          <w:b/>
          <w:color w:val="auto"/>
          <w:sz w:val="24"/>
        </w:rPr>
        <w:t>DATI DEL SEGNALANTE</w:t>
      </w:r>
      <w:r>
        <w:rPr>
          <w:b/>
          <w:color w:val="auto"/>
          <w:sz w:val="24"/>
        </w:rPr>
        <w:t>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3168"/>
        <w:gridCol w:w="6192"/>
      </w:tblGrid>
      <w:tr w:rsidR="00930B5A" w14:paraId="7E90592C" w14:textId="77777777">
        <w:trPr>
          <w:jc w:val="center"/>
        </w:trPr>
        <w:tc>
          <w:tcPr>
            <w:tcW w:w="9360" w:type="dxa"/>
            <w:gridSpan w:val="2"/>
            <w:shd w:val="clear" w:color="auto" w:fill="EAEC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72AC3" w14:textId="6986F35E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 xml:space="preserve">[ </w:t>
            </w:r>
            <w:proofErr w:type="gramStart"/>
            <w:r w:rsidRPr="00C121B9">
              <w:rPr>
                <w:b/>
                <w:color w:val="auto"/>
              </w:rPr>
              <w:t xml:space="preserve">  ]</w:t>
            </w:r>
            <w:proofErr w:type="gramEnd"/>
            <w:r w:rsidRPr="00C121B9">
              <w:rPr>
                <w:b/>
                <w:color w:val="auto"/>
              </w:rPr>
              <w:t xml:space="preserve"> OPZIONE A – PERSONA</w:t>
            </w:r>
            <w:r w:rsidRPr="00C121B9">
              <w:rPr>
                <w:b/>
                <w:color w:val="auto"/>
              </w:rPr>
              <w:t xml:space="preserve"> FISICA (Cittadino, Professore, Genitore, ecc.)</w:t>
            </w:r>
            <w:r>
              <w:rPr>
                <w:b/>
                <w:color w:val="auto"/>
              </w:rPr>
              <w:t xml:space="preserve"> *</w:t>
            </w:r>
            <w:proofErr w:type="gramStart"/>
            <w:r>
              <w:rPr>
                <w:b/>
                <w:color w:val="auto"/>
              </w:rPr>
              <w:t>la</w:t>
            </w:r>
            <w:proofErr w:type="gram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segnalazione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può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essere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presentata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anche</w:t>
            </w:r>
            <w:proofErr w:type="spellEnd"/>
            <w:r>
              <w:rPr>
                <w:b/>
                <w:color w:val="auto"/>
              </w:rPr>
              <w:t xml:space="preserve"> da </w:t>
            </w:r>
            <w:proofErr w:type="spellStart"/>
            <w:r>
              <w:rPr>
                <w:b/>
                <w:color w:val="auto"/>
              </w:rPr>
              <w:t>più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cittadini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singoli</w:t>
            </w:r>
            <w:proofErr w:type="spellEnd"/>
          </w:p>
        </w:tc>
      </w:tr>
      <w:tr w:rsidR="00930B5A" w14:paraId="4A795EE8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B9E121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Nome e Cognome: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E5115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17AE61AE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3AD7AE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Codice Fiscale: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70E92E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611E8048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E60D21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Recapito Telefonico: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927850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2A3DF70C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2C47A9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Indirizzo E-mail: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C601C0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4B49BE86" w14:textId="77777777">
        <w:trPr>
          <w:jc w:val="center"/>
        </w:trPr>
        <w:tc>
          <w:tcPr>
            <w:tcW w:w="9360" w:type="dxa"/>
            <w:gridSpan w:val="2"/>
            <w:shd w:val="clear" w:color="auto" w:fill="EAEC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B4819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[   ] OPZIONE B – ASSOCIAZIONE / ENTE / ISTITUTO SCOLASTICO</w:t>
            </w:r>
          </w:p>
        </w:tc>
      </w:tr>
      <w:tr w:rsidR="00930B5A" w14:paraId="165059B9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1EF38B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Denominazione Ente/Scuola: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7205AC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5ACA9A59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8ED790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Codice Fiscale / P.IVA: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F0827C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475818B2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90373A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Legale Rappresentante/Referente: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A37F51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0F0B5874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B84F71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Recapito Telefonico: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CC4F4F" w14:textId="77777777" w:rsidR="00930B5A" w:rsidRPr="00C121B9" w:rsidRDefault="00930B5A">
            <w:pPr>
              <w:rPr>
                <w:color w:val="auto"/>
              </w:rPr>
            </w:pPr>
          </w:p>
        </w:tc>
      </w:tr>
      <w:tr w:rsidR="00930B5A" w14:paraId="21C99F4A" w14:textId="77777777">
        <w:trPr>
          <w:jc w:val="center"/>
        </w:trPr>
        <w:tc>
          <w:tcPr>
            <w:tcW w:w="31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4D09F2" w14:textId="77777777" w:rsidR="00930B5A" w:rsidRPr="00C121B9" w:rsidRDefault="00C121B9">
            <w:pPr>
              <w:spacing w:after="0"/>
              <w:rPr>
                <w:color w:val="auto"/>
              </w:rPr>
            </w:pPr>
            <w:r w:rsidRPr="00C121B9">
              <w:rPr>
                <w:b/>
                <w:color w:val="auto"/>
              </w:rPr>
              <w:t>E-mail / PEC:</w:t>
            </w:r>
          </w:p>
        </w:tc>
        <w:tc>
          <w:tcPr>
            <w:tcW w:w="6192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835E68" w14:textId="77777777" w:rsidR="00930B5A" w:rsidRPr="00C121B9" w:rsidRDefault="00930B5A">
            <w:pPr>
              <w:rPr>
                <w:color w:val="auto"/>
              </w:rPr>
            </w:pPr>
          </w:p>
        </w:tc>
      </w:tr>
    </w:tbl>
    <w:p w14:paraId="455CB2A9" w14:textId="7933582D" w:rsidR="00930B5A" w:rsidRPr="00C121B9" w:rsidRDefault="00C121B9" w:rsidP="00C121B9">
      <w:pPr>
        <w:keepNext/>
        <w:spacing w:before="280" w:after="120"/>
        <w:rPr>
          <w:color w:val="auto"/>
          <w:sz w:val="24"/>
          <w:szCs w:val="24"/>
        </w:rPr>
      </w:pPr>
      <w:r w:rsidRPr="00C121B9">
        <w:rPr>
          <w:b/>
          <w:color w:val="auto"/>
          <w:sz w:val="24"/>
        </w:rPr>
        <w:t xml:space="preserve">MOTIVAZIONE E DESCRIZIONE DEI FATTI DELLA PERSONA SEGNALATA: </w:t>
      </w:r>
      <w:proofErr w:type="spellStart"/>
      <w:r w:rsidRPr="00C121B9">
        <w:rPr>
          <w:i/>
          <w:color w:val="auto"/>
          <w:sz w:val="24"/>
          <w:szCs w:val="24"/>
        </w:rPr>
        <w:t>d</w:t>
      </w:r>
      <w:r w:rsidRPr="00C121B9">
        <w:rPr>
          <w:i/>
          <w:color w:val="auto"/>
          <w:sz w:val="24"/>
          <w:szCs w:val="24"/>
        </w:rPr>
        <w:t>escrivere</w:t>
      </w:r>
      <w:proofErr w:type="spellEnd"/>
      <w:r w:rsidRPr="00C121B9">
        <w:rPr>
          <w:i/>
          <w:color w:val="auto"/>
          <w:sz w:val="24"/>
          <w:szCs w:val="24"/>
        </w:rPr>
        <w:t xml:space="preserve"> in modo </w:t>
      </w:r>
      <w:proofErr w:type="spellStart"/>
      <w:r w:rsidRPr="00C121B9">
        <w:rPr>
          <w:i/>
          <w:color w:val="auto"/>
          <w:sz w:val="24"/>
          <w:szCs w:val="24"/>
        </w:rPr>
        <w:t>approfondito</w:t>
      </w:r>
      <w:proofErr w:type="spellEnd"/>
      <w:r w:rsidRPr="00C121B9">
        <w:rPr>
          <w:i/>
          <w:color w:val="auto"/>
          <w:sz w:val="24"/>
          <w:szCs w:val="24"/>
        </w:rPr>
        <w:t xml:space="preserve"> ed </w:t>
      </w:r>
      <w:proofErr w:type="spellStart"/>
      <w:r w:rsidRPr="00C121B9">
        <w:rPr>
          <w:i/>
          <w:color w:val="auto"/>
          <w:sz w:val="24"/>
          <w:szCs w:val="24"/>
        </w:rPr>
        <w:t>esaustivo</w:t>
      </w:r>
      <w:proofErr w:type="spellEnd"/>
      <w:r w:rsidRPr="00C121B9">
        <w:rPr>
          <w:i/>
          <w:color w:val="auto"/>
          <w:sz w:val="24"/>
          <w:szCs w:val="24"/>
        </w:rPr>
        <w:t xml:space="preserve"> </w:t>
      </w:r>
      <w:proofErr w:type="spellStart"/>
      <w:r w:rsidRPr="00C121B9">
        <w:rPr>
          <w:i/>
          <w:color w:val="auto"/>
          <w:sz w:val="24"/>
          <w:szCs w:val="24"/>
        </w:rPr>
        <w:t>l'atto</w:t>
      </w:r>
      <w:proofErr w:type="spellEnd"/>
      <w:r w:rsidRPr="00C121B9">
        <w:rPr>
          <w:i/>
          <w:color w:val="auto"/>
          <w:sz w:val="24"/>
          <w:szCs w:val="24"/>
        </w:rPr>
        <w:t xml:space="preserve"> di </w:t>
      </w:r>
      <w:proofErr w:type="spellStart"/>
      <w:r w:rsidRPr="00C121B9">
        <w:rPr>
          <w:i/>
          <w:color w:val="auto"/>
          <w:sz w:val="24"/>
          <w:szCs w:val="24"/>
        </w:rPr>
        <w:t>bontà</w:t>
      </w:r>
      <w:proofErr w:type="spellEnd"/>
      <w:r w:rsidRPr="00C121B9">
        <w:rPr>
          <w:i/>
          <w:color w:val="auto"/>
          <w:sz w:val="24"/>
          <w:szCs w:val="24"/>
        </w:rPr>
        <w:t xml:space="preserve">, il gesto meritevole o l'attività svolta, evidenziando i valori di altruismo, generosità, civismo, accoglienza o </w:t>
      </w:r>
      <w:proofErr w:type="spellStart"/>
      <w:r w:rsidRPr="00C121B9">
        <w:rPr>
          <w:i/>
          <w:color w:val="auto"/>
          <w:sz w:val="24"/>
          <w:szCs w:val="24"/>
        </w:rPr>
        <w:t>impegno</w:t>
      </w:r>
      <w:proofErr w:type="spellEnd"/>
      <w:r w:rsidRPr="00C121B9">
        <w:rPr>
          <w:i/>
          <w:color w:val="auto"/>
          <w:sz w:val="24"/>
          <w:szCs w:val="24"/>
        </w:rPr>
        <w:t xml:space="preserve"> per </w:t>
      </w:r>
      <w:proofErr w:type="spellStart"/>
      <w:r w:rsidRPr="00C121B9">
        <w:rPr>
          <w:i/>
          <w:color w:val="auto"/>
          <w:sz w:val="24"/>
          <w:szCs w:val="24"/>
        </w:rPr>
        <w:t>l'ambiente</w:t>
      </w:r>
      <w:proofErr w:type="spellEnd"/>
      <w:r>
        <w:rPr>
          <w:i/>
          <w:color w:val="auto"/>
          <w:sz w:val="24"/>
          <w:szCs w:val="24"/>
        </w:rPr>
        <w:t>.</w:t>
      </w:r>
    </w:p>
    <w:p w14:paraId="074AB7F2" w14:textId="77777777" w:rsidR="00C121B9" w:rsidRDefault="00C121B9">
      <w:pPr>
        <w:keepNext/>
        <w:spacing w:before="280" w:after="120"/>
        <w:rPr>
          <w:b/>
          <w:color w:val="auto"/>
          <w:sz w:val="24"/>
        </w:rPr>
      </w:pPr>
    </w:p>
    <w:p w14:paraId="047EF536" w14:textId="587F80DA" w:rsidR="00930B5A" w:rsidRPr="00C121B9" w:rsidRDefault="00C121B9">
      <w:pPr>
        <w:keepNext/>
        <w:spacing w:before="280" w:after="120"/>
        <w:rPr>
          <w:color w:val="auto"/>
        </w:rPr>
      </w:pPr>
      <w:r w:rsidRPr="00C121B9">
        <w:rPr>
          <w:b/>
          <w:color w:val="auto"/>
          <w:sz w:val="24"/>
        </w:rPr>
        <w:t>ELENCO ALLEGATI</w:t>
      </w:r>
    </w:p>
    <w:p w14:paraId="1591C953" w14:textId="77777777" w:rsidR="00930B5A" w:rsidRPr="00C121B9" w:rsidRDefault="00C121B9">
      <w:pPr>
        <w:spacing w:after="80"/>
        <w:rPr>
          <w:color w:val="auto"/>
        </w:rPr>
      </w:pPr>
      <w:r w:rsidRPr="00C121B9">
        <w:rPr>
          <w:color w:val="auto"/>
        </w:rPr>
        <w:t>[  ] Copia della Carta d'Identità del segnalante (obbligatoria per persone fisiche)</w:t>
      </w:r>
      <w:r w:rsidRPr="00C121B9">
        <w:rPr>
          <w:color w:val="auto"/>
        </w:rPr>
        <w:br/>
        <w:t>[  ] Copia del Codice Fiscale del segnalante (obbligatoria per persone fisiche)</w:t>
      </w:r>
      <w:r w:rsidRPr="00C121B9">
        <w:rPr>
          <w:color w:val="auto"/>
        </w:rPr>
        <w:br/>
        <w:t>[  ] Eventuali documenti a supporto (relazioni, articoli di giornale, foto, testimonianze)</w:t>
      </w:r>
    </w:p>
    <w:p w14:paraId="59DB28FF" w14:textId="77777777" w:rsidR="00C121B9" w:rsidRDefault="00C121B9" w:rsidP="00C121B9"/>
    <w:sectPr w:rsidR="0000000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7026610">
    <w:abstractNumId w:val="8"/>
  </w:num>
  <w:num w:numId="2" w16cid:durableId="1102994646">
    <w:abstractNumId w:val="6"/>
  </w:num>
  <w:num w:numId="3" w16cid:durableId="2055811650">
    <w:abstractNumId w:val="5"/>
  </w:num>
  <w:num w:numId="4" w16cid:durableId="1875069779">
    <w:abstractNumId w:val="4"/>
  </w:num>
  <w:num w:numId="5" w16cid:durableId="43408661">
    <w:abstractNumId w:val="7"/>
  </w:num>
  <w:num w:numId="6" w16cid:durableId="86777882">
    <w:abstractNumId w:val="3"/>
  </w:num>
  <w:num w:numId="7" w16cid:durableId="1974293028">
    <w:abstractNumId w:val="2"/>
  </w:num>
  <w:num w:numId="8" w16cid:durableId="1908879084">
    <w:abstractNumId w:val="1"/>
  </w:num>
  <w:num w:numId="9" w16cid:durableId="141874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4DA"/>
    <w:rsid w:val="0015074B"/>
    <w:rsid w:val="0029639D"/>
    <w:rsid w:val="00326F90"/>
    <w:rsid w:val="00930B5A"/>
    <w:rsid w:val="00AA1D8D"/>
    <w:rsid w:val="00B47730"/>
    <w:rsid w:val="00C121B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2E268"/>
  <w14:defaultImageDpi w14:val="300"/>
  <w15:docId w15:val="{130D3CD2-0EF5-4849-8A89-808B6B28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222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Zorzin Simona</cp:lastModifiedBy>
  <cp:revision>2</cp:revision>
  <dcterms:created xsi:type="dcterms:W3CDTF">2026-11-03T09:18:00Z</dcterms:created>
  <dcterms:modified xsi:type="dcterms:W3CDTF">2026-11-03T09:18:00Z</dcterms:modified>
  <cp:category/>
</cp:coreProperties>
</file>